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 הבריחה "הנתיב הבטוח"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 חוסן, הקשבה ובטיחות מתוך חדר הבריחה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מהשורש ק-ש-ב ולהבין את משמעותן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מדויקת של סיפור המסגרת וענייני בטיחות 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לטיול לטבריה ולכנרת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הוא נעל את עצמו והציג הודעה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חמישה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נכון: חוסן והקשבה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נועה לא ממהרת ולא נותנת עצות, היא פשוט מקשיבה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בסיפור, היא נותנת לו תשומת לב מלאה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מילים: שורשים ובטיחות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חגורים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מושגים מהחדר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(לשים לב באמת בלי למהר לייעץ)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(היכולת להתמודד ולהתאושש מקושי)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(מגינה על הנוסעים בזמן הנסיעה)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(מישהו שאפשר לפנות אליו כשקשה)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להסתכל בעיניים, להניח את הטלפון בצד, לא למהר לייעץ, לתת לו לדבר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מחשבה פתוחה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הקשבה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לדוגמה: לחגור חגורת 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ליועצת, לנאמני חוסן מורים או לנאמני חוסן 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הדף בקבוצות קטנות כהכנה לפתרון חדר הבריחה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מתן עצה מיידית לבין הקשבה אמיתית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פעילות הכתיבה הפתוחה אפשר לשתף בעל פה דוגמה אחת מהכיתה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 הבריחה "הנתיב הבטוח"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בחדר הבריחה "הנתיב הבטוח" חבורה יוצאת לטיול לטבריה ולכנרת, ומסך הניווט ברכב נועל את עצמו. כדי להמשיך בדרך צריך לפתור חמישה מנעולים של בטיחות, חוסן ולשון.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חוסן  ·  חגורים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לאן יצאה החבורה בבוקר יום שישי?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לטיול לטבריה ולכנרת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לקניון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קרה למסך הניווט ברכב?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הוא נדלק מעצמו בלי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הוא נעל את עצמו והציג הודעה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הוא התקלקל לגמרי ולא עבד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כמה מנעולים צריך לפתור כדי לפתוח את הנתיב הבטוח?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חמישה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נכון: חוסן והקשבה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נועה נותנת לעומר עצות מיד כשהיא רואה שהוא שקט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נועה מניחה את הנייד בצד כשהיא מדברת עם עומר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מילים: שורשים ובטיחות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ברכב, כדי לשמור על בטיחות, הנוסעים צריכים להיות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מי שמתמודד עם קושי ומצליח להתאושש ממנו נחשב בעל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התאמה: מושגים מהחדר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הקשבה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היכולת להתמודד ולהתאושש מקושי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חוסן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מגינה על הנוסעים בזמן הנסיעה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חגורת בטיחות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מישהו שאפשר לפנות אליו כשקשה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נאמן חוסן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לשים לב באמת בלי למהר לייעץ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שתי דרכים שבהן אפשר להראות למישהו שמקשיבים לו באמת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מחשבה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שם העצם מהשורש ק-ש-ב שמתאר מה שנועה נותנת לעומר?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דרך אחת לשמור על בטיחות בנסיעה ברכב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חדר הבריחה "הנתיב הבטוח"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