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חוסן, הקשבה ובטיחות מתוך 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מהשורש ק-ש-ב ולהבין את 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מדויקת של סיפור המסגרת וענייני 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לטיול לטבריה ולכנרת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נעל את עצמו והציג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בטיחות, חוסן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יושבים חגורים ומלאי ציפייה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חוסן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נועה לא ממהרת ולא נותנת עצות, היא פשוט מקשיבה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בסיפור, היא נותנת לו תשומת לב מלאה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נועה מסתכלת לעומר בעיניים ונותנת לו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בסיפור כתוב שפותרים יחד בקבוצות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לפנות גם ליועצת וגם לנאמני חוסן מורים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מילים: שורשים ובטיחות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ק-ש-ב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ניווט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מושגים מהחדר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(לשים לב באמת בלי למהר לייעץ)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(היכולת להתמודד ולהתאושש מקושי)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(מגינה על הנוסעים בזמן הנסיעה)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(מישהו שאפשר לפנות אליו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(בסיס למילים כמו הקשבה ומקשיב)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להסתכל בעיניים, להניח את הטלפון בצד, לא למהר לייעץ, לתת לו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שהתשובה מתארת הקשבה אמיתית: תשומת לב, סבלנות, לא מיהרו לייעץ, הצעה לפנות לנאמן חוסן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לחגור חגורת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ליועצת, לנאמני חוסן מורים או לנאמני חוסן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בקבוצות קטנות כהכנה לפתרון חדר הבריחה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מתן עצה מיידית לבין הקשבה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פעילות הכתיבה הפתוחה אפשר לשתף בעל פה דוגמה אחת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הבריחה "הנתיב הבטוח"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קבוצת חברים נוסעת לטיול. מסך הניווט ברכב נסגר. כדי להמשיך צריך לפתור חידות על בטיחות, חוסן ושפה.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מנעול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חידה שצריך לפתור כדי להתקדם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באמת למה שמישהו אומר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שמהן בונים מילים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תחושה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חגורת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רצועה שמגינה על נוסעים ברכב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או מורה שאפשר לפנות אליו כשקשה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ניווט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הדרך הנכונה ליעד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לאן נסעו החברים?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לטיול לטבריה ולכנרת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למסך הניווט?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נדלק מעצמו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 את עצמו והציג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התקלקל לגמרי ולא עבד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הציג מפה לא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חידות יש בחדר הבריחה?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אילו נושאים המנעולים?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בטיחות, חוסן ולשון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היסטוריה וגאוגרפיה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מתמטיקה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 ואומנות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יושבים הנוסעים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ליד הדלת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יושבים חגורים ומלאי ציפייה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רבים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מקבלים כשפותחים מנעול?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נכון: חוסן והקשבה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נותנת לעומר עצות מיד כשהיא רואה שהוא 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מניחה את הנייד בצד כשהיא מדברת עם עומר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טובה כוללת קשר עין ותשומת לב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לפתור את חידות חדר הבריחה לבד, בלי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כשקשה אפשר לפנות רק לנאמני חוסן תלמידים ולא למבוגרים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מילים: שורשים ובטיחות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שמתארת את מה שנועה נותנת לעומר נגזרת מהשורש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העצם מהשורש ק-ש-ב שמתאר הקשבה אמיתית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ברכב, כדי לשמור על בטיחות, הנוסעים צריכים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שמתמודד עם קושי ומצליח להתאושש ממנו נחשב בעל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מסך ה__________ ברכב נעל את עצמו ולא איפשר להמשיך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מושגים מהחדר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בסיס למילים כמו הקשבה ומקשיב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מגינה על הנוסעים בזמן הנסיעה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חגורת 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באמת בלי למהר לייעץ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נאמן חוסן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היכולת להתמודד ולהתאושש מקושי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שורש ק-ש-ב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מישהו שאפשר לפנות אליו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דרכים שבהן אפשר להראות למישהו שמקשיבים לו באמת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חבר או חברה שלכם היו שקטים יותר מהרגיל. מה הייתם עושים כדי להקשיב להם בלי למהר לייעץ?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העצם מהשורש ק-ש-ב שמתאר מה שנועה נותנת לעומר?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דרך אחת לשמור על בטיחות בנסיעה ברכב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כשקשה, לפי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הבריחה "הנתיב הבטוח"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