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הבריחה "הנתיב הבטוח"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חוסן, הקשבה ובטיחות מתוך חדר הבריחה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מהשורש ק-ש-ב ולהבין את 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מדויקת של סיפור המסגרת וענייני בטיחות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לטיול לטבריה ולכנרת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הוא נעל את עצמו והציג הודעה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בטיחות, חוסן ולשון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יושבים חגורים ומלאי ציפייה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אות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נכון: חוסן והקשבה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נועה לא ממהרת ולא נותנת עצות, היא פשוט מקשיבה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בסיפור, היא נותנת לו תשומת לב מלאה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נועה מסתכלת לעומר בעיניים ונותנת לו לדבר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בסיפור כתוב שפותרים יחד בקבוצות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אפשר לפנות גם ליועצת וגם לנאמני חוסן מורים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מילים: שורשים ובטיחות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ק-ש-ב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חגורים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ניווט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מושגים מהחדר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(לשים לב באמת בלי למהר לייעץ)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(היכולת להתמודד ולהתאושש מקושי)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(מגינה על הנוסעים בזמן הנסיעה)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(מישהו שאפשר לפנות אליו כשקשה)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(בסיס למילים כמו הקשבה ומקשיב)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להסתכל בעיניים, להניח את הטלפון בצד, לא למהר לייעץ, לתת לו לדבר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שהתשובה מתארת הקשבה אמיתית: תשומת לב, סבלנות, לא מיהרו לייעץ, הצעה לפנות לנאמן חוסן אם צריך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לדוגמה: לחגור חגורת 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ליועצת, לנאמני חוסן מורים או לנאמני חוסן 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הדף בקבוצות קטנות כהכנה לפתרון חדר הבריחה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מתן עצה מיידית לבין הקשבה אמיתית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פעילות הכתיבה הפתוחה אפשר לשתף בעל פה דוגמה אחת מהכיתה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הבריחה "הנתיב הבטוח"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בחדר הבריחה "הנתיב הבטוח" חבורה יוצאת לטיול לטבריה ולכנרת, ומסך הניווט ברכב נועל את עצמו. כדי להמשיך בדרך צריך לפתור חמישה מנעולים של בטיחות, חוסן ולשון.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לאן יצאה החבורה בבוקר יום שישי?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לטיול לטבריה ולכנרת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לקניון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קרה למסך הניווט ברכב?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נדלק מעצמו בלי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נעל את עצמו והציג הודעה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התקלקל לגמרי ולא עבד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הציג מפה לא 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מנעולים צריך לפתור כדי לפתוח את הנתיב הבטוח?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משותף לחמשת המנעולים בחדר הבריחה?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בטיחות, חוסן ולשון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היסטוריה וגאוגרפיה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מתמטיקה ומדעים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ספורט ואומנות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יושבים הנוסעים ברכב לפי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עומדים ליד הדלת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יושבים חגורים ומלאי ציפייה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ישנים כל הדרך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רבים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מגלה כל מנעול שנפתח?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אות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נכון: חוסן והקשבה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נועה נותנת לעומר עצות מיד כשהיא רואה שהוא שקט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נועה מניחה את הנייד בצד כשהיא מדברת עם עומר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הקשבה טובה כוללת קשר עין ותשומת לב מלאה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לפתור את חידות חדר הבריחה לבד, בלי קבוצה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כשקשה אפשר לפנות רק לנאמני חוסן תלמידים ולא למבוגרים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מילים: שורשים ובטיחות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שמתארת את מה שנועה נותנת לעומר נגזרת מהשורש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שם העצם מהשורש ק-ש-ב שמתאר הקשבה אמיתית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ברכב, כדי לשמור על בטיחות, הנוסעים צריכים להיות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 שמתמודד עם קושי ומצליח להתאושש ממנו נחשב בעל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מסך ה__________ ברכב נעל את עצמו ולא איפשר להמשיך בדרך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מושגים מהחדר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הקשבה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מגינה על הנוסעים בזמן הנסיעה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מישהו שאפשר לפנות אליו כשקשה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חגורת בטיחות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בסיס למילים כמו הקשבה ומקשיב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נאמן 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לשים לב באמת בלי למהר לייעץ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שורש ק-ש-ב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היכולת להתמודד ולהתאושש מקושי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דרכים שבהן אפשר להראות למישהו שמקשיבים לו באמת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מחשבה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מצב שבו חבר או חברה שלכם היו שקטים יותר מהרגיל. מה הייתם עושים כדי להקשיב להם בלי למהר לייעץ?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שם העצם מהשורש ק-ש-ב שמתאר מה שנועה נותנת לעומר?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דרך אחת לשמור על בטיחות בנסיעה ברכב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אפשר לפנות כשקשה, לפי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חדר הבריחה "הנתיב הבטוח"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